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АКТ наданих послуг № ____</w:t>
      </w:r>
    </w:p>
    <w:p>
      <w:pPr>
        <w:jc w:val="center"/>
      </w:pPr>
      <w:r>
        <w:rPr>
          <w:b w:val="0"/>
          <w:sz w:val="22"/>
        </w:rPr>
        <w:t>«___» ________________ 20___ р.,  м. __________________________</w:t>
      </w:r>
    </w:p>
    <w:p>
      <w:r>
        <w:rPr>
          <w:b w:val="0"/>
          <w:sz w:val="22"/>
        </w:rPr>
      </w:r>
    </w:p>
    <w:p>
      <w:r>
        <w:rPr>
          <w:b w:val="0"/>
          <w:sz w:val="22"/>
        </w:rPr>
        <w:t>Виконавець: ______________________________________________________________</w:t>
      </w:r>
    </w:p>
    <w:p>
      <w:r>
        <w:rPr>
          <w:b w:val="0"/>
          <w:sz w:val="22"/>
        </w:rPr>
        <w:t>Замовник: ________________________________________________________________</w:t>
      </w:r>
    </w:p>
    <w:p>
      <w:r>
        <w:rPr>
          <w:b w:val="0"/>
          <w:sz w:val="22"/>
        </w:rPr>
        <w:t>Договір: № ______ від «___» ____________ 20___ р.</w:t>
      </w:r>
    </w:p>
    <w:p>
      <w:r>
        <w:rPr>
          <w:b w:val="0"/>
          <w:sz w:val="22"/>
        </w:rPr>
      </w:r>
    </w:p>
    <w:p>
      <w:r>
        <w:rPr>
          <w:b w:val="0"/>
          <w:sz w:val="22"/>
        </w:rPr>
        <w:t>Ми, що нижче підписалися, склали цей акт про те, що Виконавець надав, а Замовник прийняв такі послуги: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Найменування послуг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Од. вим.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К-сть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Ціна, грн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Сума, грн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7200"/>
            <w:gridSpan w:val="5"/>
          </w:tcPr>
          <w:p>
            <w:pPr>
              <w:jc w:val="right"/>
            </w:pPr>
            <w:r/>
            <w:r>
              <w:rPr>
                <w:b/>
              </w:rPr>
              <w:t>РАЗОМ:</w:t>
            </w:r>
          </w:p>
        </w:tc>
        <w:tc>
          <w:tcPr>
            <w:tcW w:type="dxa" w:w="1440"/>
          </w:tcPr>
          <w:p/>
        </w:tc>
      </w:tr>
    </w:tbl>
    <w:p>
      <w:r>
        <w:rPr>
          <w:b w:val="0"/>
          <w:sz w:val="22"/>
        </w:rPr>
      </w:r>
    </w:p>
    <w:p>
      <w:r>
        <w:rPr>
          <w:b w:val="0"/>
          <w:sz w:val="22"/>
        </w:rPr>
        <w:t>Загальна вартість наданих послуг: ______________ грн (____________________________________________ грн ____ коп.).</w:t>
      </w:r>
    </w:p>
    <w:p>
      <w:r>
        <w:rPr>
          <w:b w:val="0"/>
          <w:sz w:val="22"/>
        </w:rPr>
        <w:t>Період надання послуг: з «___» ____________ 20___ р. по «___» ____________ 20___ р.</w:t>
      </w:r>
    </w:p>
    <w:p>
      <w:r>
        <w:rPr>
          <w:b w:val="0"/>
          <w:sz w:val="22"/>
        </w:rPr>
        <w:t>Послуги надано в повному обсязі та належної якості. Замовник претензій до обсягу, якості та строків надання послуг не має.</w:t>
      </w:r>
    </w:p>
    <w:p>
      <w:r>
        <w:rPr>
          <w:b w:val="0"/>
          <w:sz w:val="22"/>
        </w:rPr>
      </w:r>
    </w:p>
    <w:p>
      <w:r>
        <w:rPr>
          <w:b w:val="0"/>
          <w:sz w:val="22"/>
        </w:rPr>
        <w:t>Виконавець: ____________________ / ____________________ /     «___» ____________ 20___ р.</w:t>
      </w:r>
    </w:p>
    <w:p>
      <w:r>
        <w:rPr>
          <w:b w:val="0"/>
          <w:sz w:val="22"/>
        </w:rPr>
        <w:t>Замовник:   ____________________ / ____________________ /     «___» ____________ 20___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